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9552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book_cover_design_for_platinumlogiktm_s_ocula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955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sz w:val="56"/>
        </w:rPr>
        <w:t>PlatinumLogik™ Ocular Health Cookbook</w:t>
      </w:r>
    </w:p>
    <w:p>
      <w:pPr>
        <w:jc w:val="center"/>
      </w:pPr>
      <w:r>
        <w:rPr>
          <w:sz w:val="28"/>
        </w:rPr>
        <w:t>25 Whole-Food Recipes for Eye Support + Clearer-Feeling, Better-Looking Eyes</w:t>
      </w:r>
    </w:p>
    <w:p>
      <w:r>
        <w:br w:type="page"/>
      </w:r>
    </w:p>
    <w:p>
      <w:r>
        <w:rPr>
          <w:b/>
          <w:sz w:val="36"/>
        </w:rPr>
        <w:t>25 Recipes</w:t>
      </w:r>
    </w:p>
    <w:p>
      <w:r>
        <w:rPr>
          <w:b/>
          <w:sz w:val="28"/>
        </w:rPr>
        <w:t>Golden Egg &amp; Greens Skillet</w:t>
      </w:r>
    </w:p>
    <w:p>
      <w:r>
        <w:t>Eye-support angle: Egg yolk lutein/zeaxanthin + leafy greens for macular pigment support.</w:t>
      </w:r>
    </w:p>
    <w:p>
      <w:r>
        <w:t>Servings: 2 | Prep: 8 min | Cook: 10 min</w:t>
      </w:r>
    </w:p>
    <w:p>
      <w:r>
        <w:t>Ingredients:</w:t>
      </w:r>
    </w:p>
    <w:p>
      <w:pPr>
        <w:pStyle w:val="ListBullet"/>
      </w:pPr>
      <w:r>
        <w:t>2–3 eggs</w:t>
      </w:r>
    </w:p>
    <w:p>
      <w:pPr>
        <w:pStyle w:val="ListBullet"/>
      </w:pPr>
      <w:r>
        <w:t>2 cups spinach or kale</w:t>
      </w:r>
    </w:p>
    <w:p>
      <w:pPr>
        <w:pStyle w:val="ListBullet"/>
      </w:pPr>
      <w:r>
        <w:t>1 tbsp olive oil</w:t>
      </w:r>
    </w:p>
    <w:p>
      <w:pPr>
        <w:pStyle w:val="ListBullet"/>
      </w:pPr>
      <w:r>
        <w:t>1/4 tsp turmeric</w:t>
      </w:r>
    </w:p>
    <w:p>
      <w:pPr>
        <w:pStyle w:val="ListBullet"/>
      </w:pPr>
      <w:r>
        <w:t>1 clove garlic, minced</w:t>
      </w:r>
    </w:p>
    <w:p>
      <w:pPr>
        <w:pStyle w:val="ListBullet"/>
      </w:pPr>
      <w:r>
        <w:t>Salt + black pepper</w:t>
      </w:r>
    </w:p>
    <w:p>
      <w:pPr>
        <w:pStyle w:val="ListBullet"/>
      </w:pPr>
      <w:r>
        <w:t>Optional: 1/4 avocado, sliced</w:t>
      </w:r>
    </w:p>
    <w:p>
      <w:r>
        <w:t>Method:</w:t>
      </w:r>
    </w:p>
    <w:p>
      <w:r>
        <w:t>1. Warm olive oil; sauté garlic 30 seconds.</w:t>
      </w:r>
    </w:p>
    <w:p>
      <w:r>
        <w:t>2. Add greens; cook until wilted.</w:t>
      </w:r>
    </w:p>
    <w:p>
      <w:r>
        <w:t>3. Crack eggs in, add turmeric, salt, pepper.</w:t>
      </w:r>
    </w:p>
    <w:p>
      <w:r>
        <w:t>4. Cover until whites set; finish with avocado if using.</w:t>
      </w:r>
    </w:p>
    <w:p>
      <w:r>
        <w:t>Key nutrients: lutein, zeaxanthin, vitamin A precursors, vitamin E, healthy fats</w:t>
      </w:r>
    </w:p>
    <w:p/>
    <w:p>
      <w:r>
        <w:rPr>
          <w:b/>
          <w:sz w:val="28"/>
        </w:rPr>
        <w:t>Berry-Citrus Chia Bowl</w:t>
      </w:r>
    </w:p>
    <w:p>
      <w:r>
        <w:t>Eye-support angle: Vitamin C + polyphenols + omega-3 precursors for oxidative balance and tear support.</w:t>
      </w:r>
    </w:p>
    <w:p>
      <w:r>
        <w:t>Servings: 2 | Prep: 5 min (+ soak) | Cook: 0 min</w:t>
      </w:r>
    </w:p>
    <w:p>
      <w:r>
        <w:t>Ingredients:</w:t>
      </w:r>
    </w:p>
    <w:p>
      <w:pPr>
        <w:pStyle w:val="ListBullet"/>
      </w:pPr>
      <w:r>
        <w:t>3 tbsp chia seeds</w:t>
      </w:r>
    </w:p>
    <w:p>
      <w:pPr>
        <w:pStyle w:val="ListBullet"/>
      </w:pPr>
      <w:r>
        <w:t>1 cup unsweetened milk of choice</w:t>
      </w:r>
    </w:p>
    <w:p>
      <w:pPr>
        <w:pStyle w:val="ListBullet"/>
      </w:pPr>
      <w:r>
        <w:t>1 cup mixed berries</w:t>
      </w:r>
    </w:p>
    <w:p>
      <w:pPr>
        <w:pStyle w:val="ListBullet"/>
      </w:pPr>
      <w:r>
        <w:t>Zest + juice of 1/2 orange</w:t>
      </w:r>
    </w:p>
    <w:p>
      <w:pPr>
        <w:pStyle w:val="ListBullet"/>
      </w:pPr>
      <w:r>
        <w:t>1 tbsp crushed walnuts</w:t>
      </w:r>
    </w:p>
    <w:p>
      <w:pPr>
        <w:pStyle w:val="ListBullet"/>
      </w:pPr>
      <w:r>
        <w:t>Optional: cinnamon</w:t>
      </w:r>
    </w:p>
    <w:p>
      <w:r>
        <w:t>Method:</w:t>
      </w:r>
    </w:p>
    <w:p>
      <w:r>
        <w:t>1. Mix chia with milk; refrigerate 20–30 min (or overnight).</w:t>
      </w:r>
    </w:p>
    <w:p>
      <w:r>
        <w:t>2. Top with berries, orange zest/juice, walnuts, cinnamon.</w:t>
      </w:r>
    </w:p>
    <w:p>
      <w:r>
        <w:t>Key nutrients: vitamin C, anthocyanins, ALA omega-3, fiber</w:t>
      </w:r>
    </w:p>
    <w:p/>
    <w:p>
      <w:r>
        <w:rPr>
          <w:b/>
          <w:sz w:val="28"/>
        </w:rPr>
        <w:t>Smoked Salmon Avocado Toast (Rye or Whole-Grain)</w:t>
      </w:r>
    </w:p>
    <w:p>
      <w:r>
        <w:t>Eye-support angle: Omega-3 + vitamin E + carotenoids to support surface comfort and visual function.</w:t>
      </w:r>
    </w:p>
    <w:p>
      <w:r>
        <w:t>Servings: 2 | Prep: 8 min | Cook: 0 min</w:t>
      </w:r>
    </w:p>
    <w:p>
      <w:r>
        <w:t>Ingredients:</w:t>
      </w:r>
    </w:p>
    <w:p>
      <w:pPr>
        <w:pStyle w:val="ListBullet"/>
      </w:pPr>
      <w:r>
        <w:t>2 slices whole-grain or rye bread</w:t>
      </w:r>
    </w:p>
    <w:p>
      <w:pPr>
        <w:pStyle w:val="ListBullet"/>
      </w:pPr>
      <w:r>
        <w:t>1/2 avocado</w:t>
      </w:r>
    </w:p>
    <w:p>
      <w:pPr>
        <w:pStyle w:val="ListBullet"/>
      </w:pPr>
      <w:r>
        <w:t>3–4 oz smoked salmon</w:t>
      </w:r>
    </w:p>
    <w:p>
      <w:pPr>
        <w:pStyle w:val="ListBullet"/>
      </w:pPr>
      <w:r>
        <w:t>Lemon squeeze</w:t>
      </w:r>
    </w:p>
    <w:p>
      <w:pPr>
        <w:pStyle w:val="ListBullet"/>
      </w:pPr>
      <w:r>
        <w:t>Dill or chives</w:t>
      </w:r>
    </w:p>
    <w:p>
      <w:pPr>
        <w:pStyle w:val="ListBullet"/>
      </w:pPr>
      <w:r>
        <w:t>Black pepper</w:t>
      </w:r>
    </w:p>
    <w:p>
      <w:r>
        <w:t>Method:</w:t>
      </w:r>
    </w:p>
    <w:p>
      <w:r>
        <w:t>1. Toast bread.</w:t>
      </w:r>
    </w:p>
    <w:p>
      <w:r>
        <w:t>2. Mash avocado with lemon and pepper.</w:t>
      </w:r>
    </w:p>
    <w:p>
      <w:r>
        <w:t>3. Top with salmon and herbs.</w:t>
      </w:r>
    </w:p>
    <w:p>
      <w:r>
        <w:t>Key nutrients: omega-3s, vitamin E, selenium, protein</w:t>
      </w:r>
    </w:p>
    <w:p/>
    <w:p>
      <w:r>
        <w:rPr>
          <w:b/>
          <w:sz w:val="28"/>
        </w:rPr>
        <w:t>Carrot-Ginger Oatmeal</w:t>
      </w:r>
    </w:p>
    <w:p>
      <w:r>
        <w:t>Eye-support angle: Beta-carotene + antioxidant spices in a steady-energy breakfast.</w:t>
      </w:r>
    </w:p>
    <w:p>
      <w:r>
        <w:t>Servings: 2 | Prep: 5 min | Cook: 10 min</w:t>
      </w:r>
    </w:p>
    <w:p>
      <w:r>
        <w:t>Ingredients:</w:t>
      </w:r>
    </w:p>
    <w:p>
      <w:pPr>
        <w:pStyle w:val="ListBullet"/>
      </w:pPr>
      <w:r>
        <w:t>1 cup rolled oats</w:t>
      </w:r>
    </w:p>
    <w:p>
      <w:pPr>
        <w:pStyle w:val="ListBullet"/>
      </w:pPr>
      <w:r>
        <w:t>2 cups water or milk</w:t>
      </w:r>
    </w:p>
    <w:p>
      <w:pPr>
        <w:pStyle w:val="ListBullet"/>
      </w:pPr>
      <w:r>
        <w:t>1 cup grated carrot</w:t>
      </w:r>
    </w:p>
    <w:p>
      <w:pPr>
        <w:pStyle w:val="ListBullet"/>
      </w:pPr>
      <w:r>
        <w:t>1 tsp fresh grated ginger</w:t>
      </w:r>
    </w:p>
    <w:p>
      <w:pPr>
        <w:pStyle w:val="ListBullet"/>
      </w:pPr>
      <w:r>
        <w:t>1/2 tsp cinnamon</w:t>
      </w:r>
    </w:p>
    <w:p>
      <w:pPr>
        <w:pStyle w:val="ListBullet"/>
      </w:pPr>
      <w:r>
        <w:t>1 tbsp pumpkin seeds</w:t>
      </w:r>
    </w:p>
    <w:p>
      <w:pPr>
        <w:pStyle w:val="ListBullet"/>
      </w:pPr>
      <w:r>
        <w:t>Optional: raisins</w:t>
      </w:r>
    </w:p>
    <w:p>
      <w:r>
        <w:t>Method:</w:t>
      </w:r>
    </w:p>
    <w:p>
      <w:r>
        <w:t>1. Simmer oats with liquid.</w:t>
      </w:r>
    </w:p>
    <w:p>
      <w:r>
        <w:t>2. Stir in carrot, ginger, cinnamon for last 3–4 minutes.</w:t>
      </w:r>
    </w:p>
    <w:p>
      <w:r>
        <w:t>3. Top with pumpkin seeds (and raisins if using).</w:t>
      </w:r>
    </w:p>
    <w:p>
      <w:r>
        <w:t>Key nutrients: beta-carotene, zinc, fiber</w:t>
      </w:r>
    </w:p>
    <w:p/>
    <w:p>
      <w:r>
        <w:rPr>
          <w:b/>
          <w:sz w:val="28"/>
        </w:rPr>
        <w:t>Green Smoothie (Macula Blend)</w:t>
      </w:r>
    </w:p>
    <w:p>
      <w:r>
        <w:t>Eye-support angle: Lutein/zeaxanthin + vitamin C + hydration-friendly blend.</w:t>
      </w:r>
    </w:p>
    <w:p>
      <w:r>
        <w:t>Servings: 2 | Prep: 6 min | Cook: 0 min</w:t>
      </w:r>
    </w:p>
    <w:p>
      <w:r>
        <w:t>Ingredients:</w:t>
      </w:r>
    </w:p>
    <w:p>
      <w:pPr>
        <w:pStyle w:val="ListBullet"/>
      </w:pPr>
      <w:r>
        <w:t>2 cups spinach</w:t>
      </w:r>
    </w:p>
    <w:p>
      <w:pPr>
        <w:pStyle w:val="ListBullet"/>
      </w:pPr>
      <w:r>
        <w:t>1 frozen banana</w:t>
      </w:r>
    </w:p>
    <w:p>
      <w:pPr>
        <w:pStyle w:val="ListBullet"/>
      </w:pPr>
      <w:r>
        <w:t>1 kiwi</w:t>
      </w:r>
    </w:p>
    <w:p>
      <w:pPr>
        <w:pStyle w:val="ListBullet"/>
      </w:pPr>
      <w:r>
        <w:t>1/2 cup pineapple</w:t>
      </w:r>
    </w:p>
    <w:p>
      <w:pPr>
        <w:pStyle w:val="ListBullet"/>
      </w:pPr>
      <w:r>
        <w:t>1 tbsp ground flaxseed</w:t>
      </w:r>
    </w:p>
    <w:p>
      <w:pPr>
        <w:pStyle w:val="ListBullet"/>
      </w:pPr>
      <w:r>
        <w:t>1–1.5 cups water</w:t>
      </w:r>
    </w:p>
    <w:p>
      <w:r>
        <w:t>Method:</w:t>
      </w:r>
    </w:p>
    <w:p>
      <w:r>
        <w:t>1. Blend until silky.</w:t>
      </w:r>
    </w:p>
    <w:p>
      <w:r>
        <w:t>2. Serve immediately; add more water for a lighter texture.</w:t>
      </w:r>
    </w:p>
    <w:p>
      <w:r>
        <w:t>Key nutrients: lutein, vitamin C, ALA omega-3</w:t>
      </w:r>
    </w:p>
    <w:p/>
    <w:p>
      <w:r>
        <w:rPr>
          <w:b/>
          <w:sz w:val="28"/>
        </w:rPr>
        <w:t>Greek Yogurt + Pistachio + Mango Cup</w:t>
      </w:r>
    </w:p>
    <w:p>
      <w:r>
        <w:t>Eye-support angle: Protein + carotenoids + vitamin E for tissue support.</w:t>
      </w:r>
    </w:p>
    <w:p>
      <w:r>
        <w:t>Servings: 2 | Prep: 5 min | Cook: 0 min</w:t>
      </w:r>
    </w:p>
    <w:p>
      <w:r>
        <w:t>Ingredients:</w:t>
      </w:r>
    </w:p>
    <w:p>
      <w:pPr>
        <w:pStyle w:val="ListBullet"/>
      </w:pPr>
      <w:r>
        <w:t>1.5 cups plain Greek yogurt</w:t>
      </w:r>
    </w:p>
    <w:p>
      <w:pPr>
        <w:pStyle w:val="ListBullet"/>
      </w:pPr>
      <w:r>
        <w:t>1/2 cup diced mango</w:t>
      </w:r>
    </w:p>
    <w:p>
      <w:pPr>
        <w:pStyle w:val="ListBullet"/>
      </w:pPr>
      <w:r>
        <w:t>2 tbsp pistachios</w:t>
      </w:r>
    </w:p>
    <w:p>
      <w:pPr>
        <w:pStyle w:val="ListBullet"/>
      </w:pPr>
      <w:r>
        <w:t>1 tsp honey (optional)</w:t>
      </w:r>
    </w:p>
    <w:p>
      <w:r>
        <w:t>Method:</w:t>
      </w:r>
    </w:p>
    <w:p>
      <w:r>
        <w:t>1. Layer yogurt, mango, pistachios.</w:t>
      </w:r>
    </w:p>
    <w:p>
      <w:r>
        <w:t>2. Drizzle honey if desired.</w:t>
      </w:r>
    </w:p>
    <w:p>
      <w:r>
        <w:t>Key nutrients: protein, lutein, vitamin C, vitamin E</w:t>
      </w:r>
    </w:p>
    <w:p/>
    <w:p>
      <w:r>
        <w:rPr>
          <w:b/>
          <w:sz w:val="28"/>
        </w:rPr>
        <w:t>Sardine &amp; Lemon Herb Bowl</w:t>
      </w:r>
    </w:p>
    <w:p>
      <w:r>
        <w:t>Eye-support angle: Omega-3 powerhouse with greens and citrus for eye surface + antioxidant support.</w:t>
      </w:r>
    </w:p>
    <w:p>
      <w:r>
        <w:t>Servings: 2 | Prep: 10 min | Cook: 0 min</w:t>
      </w:r>
    </w:p>
    <w:p>
      <w:r>
        <w:t>Ingredients:</w:t>
      </w:r>
    </w:p>
    <w:p>
      <w:pPr>
        <w:pStyle w:val="ListBullet"/>
      </w:pPr>
      <w:r>
        <w:t>2 tins sardines in olive oil</w:t>
      </w:r>
    </w:p>
    <w:p>
      <w:pPr>
        <w:pStyle w:val="ListBullet"/>
      </w:pPr>
      <w:r>
        <w:t>3 cups arugula or spinach</w:t>
      </w:r>
    </w:p>
    <w:p>
      <w:pPr>
        <w:pStyle w:val="ListBullet"/>
      </w:pPr>
      <w:r>
        <w:t>1/2 cucumber, sliced</w:t>
      </w:r>
    </w:p>
    <w:p>
      <w:pPr>
        <w:pStyle w:val="ListBullet"/>
      </w:pPr>
      <w:r>
        <w:t>1/2 cup cherry tomatoes</w:t>
      </w:r>
    </w:p>
    <w:p>
      <w:pPr>
        <w:pStyle w:val="ListBullet"/>
      </w:pPr>
      <w:r>
        <w:t>Lemon juice</w:t>
      </w:r>
    </w:p>
    <w:p>
      <w:pPr>
        <w:pStyle w:val="ListBullet"/>
      </w:pPr>
      <w:r>
        <w:t>Capers (optional)</w:t>
      </w:r>
    </w:p>
    <w:p>
      <w:r>
        <w:t>Method:</w:t>
      </w:r>
    </w:p>
    <w:p>
      <w:r>
        <w:t>1. Assemble greens + veg.</w:t>
      </w:r>
    </w:p>
    <w:p>
      <w:r>
        <w:t>2. Top with sardines.</w:t>
      </w:r>
    </w:p>
    <w:p>
      <w:r>
        <w:t>3. Dress with lemon and a splash of sardine olive oil; add capers if using.</w:t>
      </w:r>
    </w:p>
    <w:p>
      <w:r>
        <w:t>Key nutrients: omega-3s, vitamin D, selenium, vitamin C</w:t>
      </w:r>
    </w:p>
    <w:p/>
    <w:p>
      <w:r>
        <w:rPr>
          <w:b/>
          <w:sz w:val="28"/>
        </w:rPr>
        <w:t>Salmon Sheet-Pan with Broccoli &amp; Peppers</w:t>
      </w:r>
    </w:p>
    <w:p>
      <w:r>
        <w:t>Eye-support angle: Omega-3 + vitamin C + carotenoids; easy weekly anchor meal.</w:t>
      </w:r>
    </w:p>
    <w:p>
      <w:r>
        <w:t>Servings: 4 | Prep: 10 min | Cook: 15 min</w:t>
      </w:r>
    </w:p>
    <w:p>
      <w:r>
        <w:t>Ingredients:</w:t>
      </w:r>
    </w:p>
    <w:p>
      <w:pPr>
        <w:pStyle w:val="ListBullet"/>
      </w:pPr>
      <w:r>
        <w:t>1.5 lb salmon</w:t>
      </w:r>
    </w:p>
    <w:p>
      <w:pPr>
        <w:pStyle w:val="ListBullet"/>
      </w:pPr>
      <w:r>
        <w:t>3 cups broccoli florets</w:t>
      </w:r>
    </w:p>
    <w:p>
      <w:pPr>
        <w:pStyle w:val="ListBullet"/>
      </w:pPr>
      <w:r>
        <w:t>2 bell peppers, sliced</w:t>
      </w:r>
    </w:p>
    <w:p>
      <w:pPr>
        <w:pStyle w:val="ListBullet"/>
      </w:pPr>
      <w:r>
        <w:t>2 tbsp olive oil</w:t>
      </w:r>
    </w:p>
    <w:p>
      <w:pPr>
        <w:pStyle w:val="ListBullet"/>
      </w:pPr>
      <w:r>
        <w:t>Garlic powder</w:t>
      </w:r>
    </w:p>
    <w:p>
      <w:pPr>
        <w:pStyle w:val="ListBullet"/>
      </w:pPr>
      <w:r>
        <w:t>Salt + pepper</w:t>
      </w:r>
    </w:p>
    <w:p>
      <w:pPr>
        <w:pStyle w:val="ListBullet"/>
      </w:pPr>
      <w:r>
        <w:t>Lemon slices</w:t>
      </w:r>
    </w:p>
    <w:p>
      <w:r>
        <w:t>Method:</w:t>
      </w:r>
    </w:p>
    <w:p>
      <w:r>
        <w:t>1. Heat oven to 425°F.</w:t>
      </w:r>
    </w:p>
    <w:p>
      <w:r>
        <w:t>2. Toss broccoli/peppers with olive oil + seasoning.</w:t>
      </w:r>
    </w:p>
    <w:p>
      <w:r>
        <w:t>3. Add salmon; top with lemon.</w:t>
      </w:r>
    </w:p>
    <w:p>
      <w:r>
        <w:t>4. Bake 12–15 min until flaky.</w:t>
      </w:r>
    </w:p>
    <w:p>
      <w:r>
        <w:t>Key nutrients: omega-3s, vitamin C, lutein, zeaxanthin</w:t>
      </w:r>
    </w:p>
    <w:p/>
    <w:p>
      <w:r>
        <w:rPr>
          <w:b/>
          <w:sz w:val="28"/>
        </w:rPr>
        <w:t>Mediterranean Lentil &amp; Spinach Stew</w:t>
      </w:r>
    </w:p>
    <w:p>
      <w:r>
        <w:t>Eye-support angle: Zinc + polyphenols + leafy carotenoids in a hearty bowl.</w:t>
      </w:r>
    </w:p>
    <w:p>
      <w:r>
        <w:t>Servings: 6 | Prep: 12 min | Cook: 30 min</w:t>
      </w:r>
    </w:p>
    <w:p>
      <w:r>
        <w:t>Ingredients:</w:t>
      </w:r>
    </w:p>
    <w:p>
      <w:pPr>
        <w:pStyle w:val="ListBullet"/>
      </w:pPr>
      <w:r>
        <w:t>1.5 cups lentils</w:t>
      </w:r>
    </w:p>
    <w:p>
      <w:pPr>
        <w:pStyle w:val="ListBullet"/>
      </w:pPr>
      <w:r>
        <w:t>1 onion, diced</w:t>
      </w:r>
    </w:p>
    <w:p>
      <w:pPr>
        <w:pStyle w:val="ListBullet"/>
      </w:pPr>
      <w:r>
        <w:t>2 carrots, diced</w:t>
      </w:r>
    </w:p>
    <w:p>
      <w:pPr>
        <w:pStyle w:val="ListBullet"/>
      </w:pPr>
      <w:r>
        <w:t>3 cloves garlic</w:t>
      </w:r>
    </w:p>
    <w:p>
      <w:pPr>
        <w:pStyle w:val="ListBullet"/>
      </w:pPr>
      <w:r>
        <w:t>1 tsp cumin</w:t>
      </w:r>
    </w:p>
    <w:p>
      <w:pPr>
        <w:pStyle w:val="ListBullet"/>
      </w:pPr>
      <w:r>
        <w:t>1 tsp smoked paprika</w:t>
      </w:r>
    </w:p>
    <w:p>
      <w:pPr>
        <w:pStyle w:val="ListBullet"/>
      </w:pPr>
      <w:r>
        <w:t>6 cups broth</w:t>
      </w:r>
    </w:p>
    <w:p>
      <w:pPr>
        <w:pStyle w:val="ListBullet"/>
      </w:pPr>
      <w:r>
        <w:t>4 cups spinach</w:t>
      </w:r>
    </w:p>
    <w:p>
      <w:pPr>
        <w:pStyle w:val="ListBullet"/>
      </w:pPr>
      <w:r>
        <w:t>Olive oil</w:t>
      </w:r>
    </w:p>
    <w:p>
      <w:r>
        <w:t>Method:</w:t>
      </w:r>
    </w:p>
    <w:p>
      <w:r>
        <w:t>1. Sauté onion/carrots/garlic in olive oil 5 min.</w:t>
      </w:r>
    </w:p>
    <w:p>
      <w:r>
        <w:t>2. Add spices, lentils, broth; simmer 25–30 min.</w:t>
      </w:r>
    </w:p>
    <w:p>
      <w:r>
        <w:t>3. Stir in spinach; season.</w:t>
      </w:r>
    </w:p>
    <w:p>
      <w:r>
        <w:t>Key nutrients: zinc, iron, folate, carotenoids</w:t>
      </w:r>
    </w:p>
    <w:p/>
    <w:p>
      <w:r>
        <w:rPr>
          <w:b/>
          <w:sz w:val="28"/>
        </w:rPr>
        <w:t>Kale Caesar (Anchovy-Lemon) with Chicken</w:t>
      </w:r>
    </w:p>
    <w:p>
      <w:r>
        <w:t>Eye-support angle: Kale lutein + omega-3 from anchovy; protein for repair.</w:t>
      </w:r>
    </w:p>
    <w:p>
      <w:r>
        <w:t>Servings: 2 | Prep: 12 min | Cook: 0–12 min</w:t>
      </w:r>
    </w:p>
    <w:p>
      <w:r>
        <w:t>Ingredients:</w:t>
      </w:r>
    </w:p>
    <w:p>
      <w:pPr>
        <w:pStyle w:val="ListBullet"/>
      </w:pPr>
      <w:r>
        <w:t>4 cups chopped kale</w:t>
      </w:r>
    </w:p>
    <w:p>
      <w:pPr>
        <w:pStyle w:val="ListBullet"/>
      </w:pPr>
      <w:r>
        <w:t>1 chicken breast (optional)</w:t>
      </w:r>
    </w:p>
    <w:p>
      <w:pPr>
        <w:pStyle w:val="ListBullet"/>
      </w:pPr>
      <w:r>
        <w:t>1 tbsp anchovy paste or 3 fillets</w:t>
      </w:r>
    </w:p>
    <w:p>
      <w:pPr>
        <w:pStyle w:val="ListBullet"/>
      </w:pPr>
      <w:r>
        <w:t>1 tbsp olive oil</w:t>
      </w:r>
    </w:p>
    <w:p>
      <w:pPr>
        <w:pStyle w:val="ListBullet"/>
      </w:pPr>
      <w:r>
        <w:t>1 tbsp lemon juice</w:t>
      </w:r>
    </w:p>
    <w:p>
      <w:pPr>
        <w:pStyle w:val="ListBullet"/>
      </w:pPr>
      <w:r>
        <w:t>1 tsp Dijon</w:t>
      </w:r>
    </w:p>
    <w:p>
      <w:pPr>
        <w:pStyle w:val="ListBullet"/>
      </w:pPr>
      <w:r>
        <w:t>Parmesan (optional)</w:t>
      </w:r>
    </w:p>
    <w:p>
      <w:r>
        <w:t>Method:</w:t>
      </w:r>
    </w:p>
    <w:p>
      <w:r>
        <w:t>1. Massage kale with olive oil 1 minute.</w:t>
      </w:r>
    </w:p>
    <w:p>
      <w:r>
        <w:t>2. Whisk anchovy, lemon, Dijon; toss.</w:t>
      </w:r>
    </w:p>
    <w:p>
      <w:r>
        <w:t>3. Add sliced chicken if using; top with parmesan.</w:t>
      </w:r>
    </w:p>
    <w:p>
      <w:r>
        <w:t>Key nutrients: lutein, omega-3s, vitamin C</w:t>
      </w:r>
    </w:p>
    <w:p/>
    <w:p>
      <w:r>
        <w:rPr>
          <w:b/>
          <w:sz w:val="28"/>
        </w:rPr>
        <w:t>Tuna + White Bean + Parsley Salad</w:t>
      </w:r>
    </w:p>
    <w:p>
      <w:r>
        <w:t>Eye-support angle: Zinc/selenium + olive oil + herbs for antioxidant support.</w:t>
      </w:r>
    </w:p>
    <w:p>
      <w:r>
        <w:t>Servings: 2 | Prep: 10 min | Cook: 0 min</w:t>
      </w:r>
    </w:p>
    <w:p>
      <w:r>
        <w:t>Ingredients:</w:t>
      </w:r>
    </w:p>
    <w:p>
      <w:pPr>
        <w:pStyle w:val="ListBullet"/>
      </w:pPr>
      <w:r>
        <w:t>1 can tuna</w:t>
      </w:r>
    </w:p>
    <w:p>
      <w:pPr>
        <w:pStyle w:val="ListBullet"/>
      </w:pPr>
      <w:r>
        <w:t>1 can white beans, rinsed</w:t>
      </w:r>
    </w:p>
    <w:p>
      <w:pPr>
        <w:pStyle w:val="ListBullet"/>
      </w:pPr>
      <w:r>
        <w:t>1/2 red onion, thin sliced</w:t>
      </w:r>
    </w:p>
    <w:p>
      <w:pPr>
        <w:pStyle w:val="ListBullet"/>
      </w:pPr>
      <w:r>
        <w:t>Big handful parsley</w:t>
      </w:r>
    </w:p>
    <w:p>
      <w:pPr>
        <w:pStyle w:val="ListBullet"/>
      </w:pPr>
      <w:r>
        <w:t>Olive oil</w:t>
      </w:r>
    </w:p>
    <w:p>
      <w:pPr>
        <w:pStyle w:val="ListBullet"/>
      </w:pPr>
      <w:r>
        <w:t>Lemon juice</w:t>
      </w:r>
    </w:p>
    <w:p>
      <w:pPr>
        <w:pStyle w:val="ListBullet"/>
      </w:pPr>
      <w:r>
        <w:t>Black pepper</w:t>
      </w:r>
    </w:p>
    <w:p>
      <w:r>
        <w:t>Method:</w:t>
      </w:r>
    </w:p>
    <w:p>
      <w:r>
        <w:t>1. Mix tuna, beans, onion, parsley.</w:t>
      </w:r>
    </w:p>
    <w:p>
      <w:r>
        <w:t>2. Dress with olive oil + lemon; season.</w:t>
      </w:r>
    </w:p>
    <w:p>
      <w:r>
        <w:t>Key nutrients: selenium, zinc, protein, fiber</w:t>
      </w:r>
    </w:p>
    <w:p/>
    <w:p>
      <w:r>
        <w:rPr>
          <w:b/>
          <w:sz w:val="28"/>
        </w:rPr>
        <w:t>Sweet Potato + Black Bean Bowl (Citrus Slaw)</w:t>
      </w:r>
    </w:p>
    <w:p>
      <w:r>
        <w:t>Eye-support angle: Beta-carotene + fiber + vitamin C; steady eye-support fuel.</w:t>
      </w:r>
    </w:p>
    <w:p>
      <w:r>
        <w:t>Servings: 3 | Prep: 15 min | Cook: 25 min</w:t>
      </w:r>
    </w:p>
    <w:p>
      <w:r>
        <w:t>Ingredients:</w:t>
      </w:r>
    </w:p>
    <w:p>
      <w:pPr>
        <w:pStyle w:val="ListBullet"/>
      </w:pPr>
      <w:r>
        <w:t>2 sweet potatoes, cubed</w:t>
      </w:r>
    </w:p>
    <w:p>
      <w:pPr>
        <w:pStyle w:val="ListBullet"/>
      </w:pPr>
      <w:r>
        <w:t>1 can black beans</w:t>
      </w:r>
    </w:p>
    <w:p>
      <w:pPr>
        <w:pStyle w:val="ListBullet"/>
      </w:pPr>
      <w:r>
        <w:t>2 cups shredded cabbage</w:t>
      </w:r>
    </w:p>
    <w:p>
      <w:pPr>
        <w:pStyle w:val="ListBullet"/>
      </w:pPr>
      <w:r>
        <w:t>Lime juice</w:t>
      </w:r>
    </w:p>
    <w:p>
      <w:pPr>
        <w:pStyle w:val="ListBullet"/>
      </w:pPr>
      <w:r>
        <w:t>Olive oil</w:t>
      </w:r>
    </w:p>
    <w:p>
      <w:pPr>
        <w:pStyle w:val="ListBullet"/>
      </w:pPr>
      <w:r>
        <w:t>Cumin</w:t>
      </w:r>
    </w:p>
    <w:p>
      <w:pPr>
        <w:pStyle w:val="ListBullet"/>
      </w:pPr>
      <w:r>
        <w:t>Salt + pepper</w:t>
      </w:r>
    </w:p>
    <w:p>
      <w:r>
        <w:t>Method:</w:t>
      </w:r>
    </w:p>
    <w:p>
      <w:r>
        <w:t>1. Roast sweet potato at 425°F ~25 min with olive oil, cumin, salt.</w:t>
      </w:r>
    </w:p>
    <w:p>
      <w:r>
        <w:t>2. Mix cabbage with lime + olive oil.</w:t>
      </w:r>
    </w:p>
    <w:p>
      <w:r>
        <w:t>3. Build bowls: sweet potato + beans + slaw.</w:t>
      </w:r>
    </w:p>
    <w:p>
      <w:r>
        <w:t>Key nutrients: beta-carotene, vitamin C, fiber</w:t>
      </w:r>
    </w:p>
    <w:p/>
    <w:p>
      <w:r>
        <w:rPr>
          <w:b/>
          <w:sz w:val="28"/>
        </w:rPr>
        <w:t>Mackerel &amp; Tomato Olive Pasta (Whole-Grain)</w:t>
      </w:r>
    </w:p>
    <w:p>
      <w:r>
        <w:t>Eye-support angle: Omega-3 + lycopene + olive polyphenols.</w:t>
      </w:r>
    </w:p>
    <w:p>
      <w:r>
        <w:t>Servings: 3 | Prep: 10 min | Cook: 15 min</w:t>
      </w:r>
    </w:p>
    <w:p>
      <w:r>
        <w:t>Ingredients:</w:t>
      </w:r>
    </w:p>
    <w:p>
      <w:pPr>
        <w:pStyle w:val="ListBullet"/>
      </w:pPr>
      <w:r>
        <w:t>8 oz whole-grain pasta</w:t>
      </w:r>
    </w:p>
    <w:p>
      <w:pPr>
        <w:pStyle w:val="ListBullet"/>
      </w:pPr>
      <w:r>
        <w:t>1 can mackerel</w:t>
      </w:r>
    </w:p>
    <w:p>
      <w:pPr>
        <w:pStyle w:val="ListBullet"/>
      </w:pPr>
      <w:r>
        <w:t>1.5 cups cherry tomatoes</w:t>
      </w:r>
    </w:p>
    <w:p>
      <w:pPr>
        <w:pStyle w:val="ListBullet"/>
      </w:pPr>
      <w:r>
        <w:t>1/4 cup olives</w:t>
      </w:r>
    </w:p>
    <w:p>
      <w:pPr>
        <w:pStyle w:val="ListBullet"/>
      </w:pPr>
      <w:r>
        <w:t>2 cloves garlic</w:t>
      </w:r>
    </w:p>
    <w:p>
      <w:pPr>
        <w:pStyle w:val="ListBullet"/>
      </w:pPr>
      <w:r>
        <w:t>Olive oil</w:t>
      </w:r>
    </w:p>
    <w:p>
      <w:r>
        <w:t>Method:</w:t>
      </w:r>
    </w:p>
    <w:p>
      <w:r>
        <w:t>1. Cook pasta.</w:t>
      </w:r>
    </w:p>
    <w:p>
      <w:r>
        <w:t>2. Sauté garlic + tomatoes in olive oil 3–4 min.</w:t>
      </w:r>
    </w:p>
    <w:p>
      <w:r>
        <w:t>3. Add mackerel + olives; toss with pasta.</w:t>
      </w:r>
    </w:p>
    <w:p>
      <w:r>
        <w:t>Key nutrients: omega-3s, lycopene, vitamin E</w:t>
      </w:r>
    </w:p>
    <w:p/>
    <w:p>
      <w:r>
        <w:rPr>
          <w:b/>
          <w:sz w:val="28"/>
        </w:rPr>
        <w:t>Broccoli-Pea Soup (Blended Green)</w:t>
      </w:r>
    </w:p>
    <w:p>
      <w:r>
        <w:t>Eye-support angle: Greens and crucifers for carotenoids + vitamin C.</w:t>
      </w:r>
    </w:p>
    <w:p>
      <w:r>
        <w:t>Servings: 4 | Prep: 10 min | Cook: 20 min</w:t>
      </w:r>
    </w:p>
    <w:p>
      <w:r>
        <w:t>Ingredients:</w:t>
      </w:r>
    </w:p>
    <w:p>
      <w:pPr>
        <w:pStyle w:val="ListBullet"/>
      </w:pPr>
      <w:r>
        <w:t>3 cups broccoli</w:t>
      </w:r>
    </w:p>
    <w:p>
      <w:pPr>
        <w:pStyle w:val="ListBullet"/>
      </w:pPr>
      <w:r>
        <w:t>1.5 cups peas</w:t>
      </w:r>
    </w:p>
    <w:p>
      <w:pPr>
        <w:pStyle w:val="ListBullet"/>
      </w:pPr>
      <w:r>
        <w:t>1 onion</w:t>
      </w:r>
    </w:p>
    <w:p>
      <w:pPr>
        <w:pStyle w:val="ListBullet"/>
      </w:pPr>
      <w:r>
        <w:t>3 cups broth</w:t>
      </w:r>
    </w:p>
    <w:p>
      <w:pPr>
        <w:pStyle w:val="ListBullet"/>
      </w:pPr>
      <w:r>
        <w:t>Olive oil</w:t>
      </w:r>
    </w:p>
    <w:p>
      <w:pPr>
        <w:pStyle w:val="ListBullet"/>
      </w:pPr>
      <w:r>
        <w:t>Salt + pepper</w:t>
      </w:r>
    </w:p>
    <w:p>
      <w:pPr>
        <w:pStyle w:val="ListBullet"/>
      </w:pPr>
      <w:r>
        <w:t>Optional: lemon</w:t>
      </w:r>
    </w:p>
    <w:p>
      <w:r>
        <w:t>Method:</w:t>
      </w:r>
    </w:p>
    <w:p>
      <w:r>
        <w:t>1. Sauté onion 3 min in olive oil.</w:t>
      </w:r>
    </w:p>
    <w:p>
      <w:r>
        <w:t>2. Add broccoli, peas, broth; simmer 15–18 min.</w:t>
      </w:r>
    </w:p>
    <w:p>
      <w:r>
        <w:t>3. Blend smooth; season; finish with lemon.</w:t>
      </w:r>
    </w:p>
    <w:p>
      <w:r>
        <w:t>Key nutrients: lutein, vitamin C, fiber</w:t>
      </w:r>
    </w:p>
    <w:p/>
    <w:p>
      <w:r>
        <w:rPr>
          <w:b/>
          <w:sz w:val="28"/>
        </w:rPr>
        <w:t>Shrimp + Avocado + Citrus Salad</w:t>
      </w:r>
    </w:p>
    <w:p>
      <w:r>
        <w:t>Eye-support angle: Zinc/selenium + vitamin C + vitamin E combo.</w:t>
      </w:r>
    </w:p>
    <w:p>
      <w:r>
        <w:t>Servings: 2 | Prep: 12 min | Cook: 5 min</w:t>
      </w:r>
    </w:p>
    <w:p>
      <w:r>
        <w:t>Ingredients:</w:t>
      </w:r>
    </w:p>
    <w:p>
      <w:pPr>
        <w:pStyle w:val="ListBullet"/>
      </w:pPr>
      <w:r>
        <w:t>8–10 oz shrimp</w:t>
      </w:r>
    </w:p>
    <w:p>
      <w:pPr>
        <w:pStyle w:val="ListBullet"/>
      </w:pPr>
      <w:r>
        <w:t>1 avocado</w:t>
      </w:r>
    </w:p>
    <w:p>
      <w:pPr>
        <w:pStyle w:val="ListBullet"/>
      </w:pPr>
      <w:r>
        <w:t>1 orange, segmented</w:t>
      </w:r>
    </w:p>
    <w:p>
      <w:pPr>
        <w:pStyle w:val="ListBullet"/>
      </w:pPr>
      <w:r>
        <w:t>Mixed greens</w:t>
      </w:r>
    </w:p>
    <w:p>
      <w:pPr>
        <w:pStyle w:val="ListBullet"/>
      </w:pPr>
      <w:r>
        <w:t>Olive oil</w:t>
      </w:r>
    </w:p>
    <w:p>
      <w:pPr>
        <w:pStyle w:val="ListBullet"/>
      </w:pPr>
      <w:r>
        <w:t>Lime juice</w:t>
      </w:r>
    </w:p>
    <w:p>
      <w:pPr>
        <w:pStyle w:val="ListBullet"/>
      </w:pPr>
      <w:r>
        <w:t>Pepper</w:t>
      </w:r>
    </w:p>
    <w:p>
      <w:r>
        <w:t>Method:</w:t>
      </w:r>
    </w:p>
    <w:p>
      <w:r>
        <w:t>1. Quick sauté shrimp 2–3 min/side.</w:t>
      </w:r>
    </w:p>
    <w:p>
      <w:r>
        <w:t>2. Assemble greens, avocado, orange.</w:t>
      </w:r>
    </w:p>
    <w:p>
      <w:r>
        <w:t>3. Top shrimp; dress with olive oil + lime; pepper.</w:t>
      </w:r>
    </w:p>
    <w:p>
      <w:r>
        <w:t>Key nutrients: selenium, vitamin C, vitamin E</w:t>
      </w:r>
    </w:p>
    <w:p/>
    <w:p>
      <w:r>
        <w:rPr>
          <w:b/>
          <w:sz w:val="28"/>
        </w:rPr>
        <w:t>Rainbow Stir-Fry + Eggs</w:t>
      </w:r>
    </w:p>
    <w:p>
      <w:r>
        <w:t>Eye-support angle: Carotenoid variety + protein; fast weeknight option.</w:t>
      </w:r>
    </w:p>
    <w:p>
      <w:r>
        <w:t>Servings: 2 | Prep: 10 min | Cook: 10 min</w:t>
      </w:r>
    </w:p>
    <w:p>
      <w:r>
        <w:t>Ingredients:</w:t>
      </w:r>
    </w:p>
    <w:p>
      <w:pPr>
        <w:pStyle w:val="ListBullet"/>
      </w:pPr>
      <w:r>
        <w:t>1 bell pepper</w:t>
      </w:r>
    </w:p>
    <w:p>
      <w:pPr>
        <w:pStyle w:val="ListBullet"/>
      </w:pPr>
      <w:r>
        <w:t>2 cups broccoli</w:t>
      </w:r>
    </w:p>
    <w:p>
      <w:pPr>
        <w:pStyle w:val="ListBullet"/>
      </w:pPr>
      <w:r>
        <w:t>1 carrot</w:t>
      </w:r>
    </w:p>
    <w:p>
      <w:pPr>
        <w:pStyle w:val="ListBullet"/>
      </w:pPr>
      <w:r>
        <w:t>2 eggs</w:t>
      </w:r>
    </w:p>
    <w:p>
      <w:pPr>
        <w:pStyle w:val="ListBullet"/>
      </w:pPr>
      <w:r>
        <w:t>Olive oil</w:t>
      </w:r>
    </w:p>
    <w:p>
      <w:pPr>
        <w:pStyle w:val="ListBullet"/>
      </w:pPr>
      <w:r>
        <w:t>Garlic</w:t>
      </w:r>
    </w:p>
    <w:p>
      <w:pPr>
        <w:pStyle w:val="ListBullet"/>
      </w:pPr>
      <w:r>
        <w:t>Low-sodium tamari (optional)</w:t>
      </w:r>
    </w:p>
    <w:p>
      <w:r>
        <w:t>Method:</w:t>
      </w:r>
    </w:p>
    <w:p>
      <w:r>
        <w:t>1. Stir-fry veg in olive oil 6–7 min.</w:t>
      </w:r>
    </w:p>
    <w:p>
      <w:r>
        <w:t>2. Push veg aside; scramble eggs.</w:t>
      </w:r>
    </w:p>
    <w:p>
      <w:r>
        <w:t>3. Combine; add tamari if desired.</w:t>
      </w:r>
    </w:p>
    <w:p>
      <w:r>
        <w:t>Key nutrients: beta-carotene, lutein, zeaxanthin</w:t>
      </w:r>
    </w:p>
    <w:p/>
    <w:p>
      <w:r>
        <w:rPr>
          <w:b/>
          <w:sz w:val="28"/>
        </w:rPr>
        <w:t>Sardine ‘Nori Wrap’ Rolls</w:t>
      </w:r>
    </w:p>
    <w:p>
      <w:r>
        <w:t>Eye-support angle: Omega-3 snack-meal with mineral-rich sea greens.</w:t>
      </w:r>
    </w:p>
    <w:p>
      <w:r>
        <w:t>Servings: 2 | Prep: 10 min | Cook: 0 min</w:t>
      </w:r>
    </w:p>
    <w:p>
      <w:r>
        <w:t>Ingredients:</w:t>
      </w:r>
    </w:p>
    <w:p>
      <w:pPr>
        <w:pStyle w:val="ListBullet"/>
      </w:pPr>
      <w:r>
        <w:t>Nori sheets</w:t>
      </w:r>
    </w:p>
    <w:p>
      <w:pPr>
        <w:pStyle w:val="ListBullet"/>
      </w:pPr>
      <w:r>
        <w:t>1 tin sardines</w:t>
      </w:r>
    </w:p>
    <w:p>
      <w:pPr>
        <w:pStyle w:val="ListBullet"/>
      </w:pPr>
      <w:r>
        <w:t>Cucumber sticks</w:t>
      </w:r>
    </w:p>
    <w:p>
      <w:pPr>
        <w:pStyle w:val="ListBullet"/>
      </w:pPr>
      <w:r>
        <w:t>Avocado slices</w:t>
      </w:r>
    </w:p>
    <w:p>
      <w:pPr>
        <w:pStyle w:val="ListBullet"/>
      </w:pPr>
      <w:r>
        <w:t>Lemon squeeze</w:t>
      </w:r>
    </w:p>
    <w:p>
      <w:r>
        <w:t>Method:</w:t>
      </w:r>
    </w:p>
    <w:p>
      <w:r>
        <w:t>1. Lay nori; add sardines, cucumber, avocado.</w:t>
      </w:r>
    </w:p>
    <w:p>
      <w:r>
        <w:t>2. Roll tight; slice; squeeze lemon.</w:t>
      </w:r>
    </w:p>
    <w:p>
      <w:r>
        <w:t>Key nutrients: omega-3s, iodine, vitamin E</w:t>
      </w:r>
    </w:p>
    <w:p/>
    <w:p>
      <w:r>
        <w:rPr>
          <w:b/>
          <w:sz w:val="28"/>
        </w:rPr>
        <w:t>Chickpea ‘Sunshine’ Curry (Turmeric + Spinach)</w:t>
      </w:r>
    </w:p>
    <w:p>
      <w:r>
        <w:t>Eye-support angle: Turmeric + greens + healthy fats; comfort-food with benefits.</w:t>
      </w:r>
    </w:p>
    <w:p>
      <w:r>
        <w:t>Servings: 5 | Prep: 12 min | Cook: 25 min</w:t>
      </w:r>
    </w:p>
    <w:p>
      <w:r>
        <w:t>Ingredients:</w:t>
      </w:r>
    </w:p>
    <w:p>
      <w:pPr>
        <w:pStyle w:val="ListBullet"/>
      </w:pPr>
      <w:r>
        <w:t>2 cans chickpeas, rinsed</w:t>
      </w:r>
    </w:p>
    <w:p>
      <w:pPr>
        <w:pStyle w:val="ListBullet"/>
      </w:pPr>
      <w:r>
        <w:t>1 onion</w:t>
      </w:r>
    </w:p>
    <w:p>
      <w:pPr>
        <w:pStyle w:val="ListBullet"/>
      </w:pPr>
      <w:r>
        <w:t>2 cloves garlic</w:t>
      </w:r>
    </w:p>
    <w:p>
      <w:pPr>
        <w:pStyle w:val="ListBullet"/>
      </w:pPr>
      <w:r>
        <w:t>1 tbsp curry powder</w:t>
      </w:r>
    </w:p>
    <w:p>
      <w:pPr>
        <w:pStyle w:val="ListBullet"/>
      </w:pPr>
      <w:r>
        <w:t>1/2 tsp turmeric</w:t>
      </w:r>
    </w:p>
    <w:p>
      <w:pPr>
        <w:pStyle w:val="ListBullet"/>
      </w:pPr>
      <w:r>
        <w:t>1 can crushed tomatoes</w:t>
      </w:r>
    </w:p>
    <w:p>
      <w:pPr>
        <w:pStyle w:val="ListBullet"/>
      </w:pPr>
      <w:r>
        <w:t>3 cups spinach</w:t>
      </w:r>
    </w:p>
    <w:p>
      <w:pPr>
        <w:pStyle w:val="ListBullet"/>
      </w:pPr>
      <w:r>
        <w:t>Olive oil</w:t>
      </w:r>
    </w:p>
    <w:p>
      <w:r>
        <w:t>Method:</w:t>
      </w:r>
    </w:p>
    <w:p>
      <w:r>
        <w:t>1. Sauté onion/garlic 4 min.</w:t>
      </w:r>
    </w:p>
    <w:p>
      <w:r>
        <w:t>2. Add spices 30 sec.</w:t>
      </w:r>
    </w:p>
    <w:p>
      <w:r>
        <w:t>3. Add tomatoes + chickpeas; simmer 15–18 min.</w:t>
      </w:r>
    </w:p>
    <w:p>
      <w:r>
        <w:t>4. Stir in spinach.</w:t>
      </w:r>
    </w:p>
    <w:p>
      <w:r>
        <w:t>Key nutrients: fiber, carotenoids, polyphenols</w:t>
      </w:r>
    </w:p>
    <w:p/>
    <w:p>
      <w:r>
        <w:rPr>
          <w:b/>
          <w:sz w:val="28"/>
        </w:rPr>
        <w:t>Baked Trout with Walnut-Gremolata</w:t>
      </w:r>
    </w:p>
    <w:p>
      <w:r>
        <w:t>Eye-support angle: Omega-3 fish + vitamin E nuts + herbs.</w:t>
      </w:r>
    </w:p>
    <w:p>
      <w:r>
        <w:t>Servings: 2 | Prep: 10 min | Cook: 12 min</w:t>
      </w:r>
    </w:p>
    <w:p>
      <w:r>
        <w:t>Ingredients:</w:t>
      </w:r>
    </w:p>
    <w:p>
      <w:pPr>
        <w:pStyle w:val="ListBullet"/>
      </w:pPr>
      <w:r>
        <w:t>2 trout fillets</w:t>
      </w:r>
    </w:p>
    <w:p>
      <w:pPr>
        <w:pStyle w:val="ListBullet"/>
      </w:pPr>
      <w:r>
        <w:t>2 tbsp chopped walnuts</w:t>
      </w:r>
    </w:p>
    <w:p>
      <w:pPr>
        <w:pStyle w:val="ListBullet"/>
      </w:pPr>
      <w:r>
        <w:t>Parsley</w:t>
      </w:r>
    </w:p>
    <w:p>
      <w:pPr>
        <w:pStyle w:val="ListBullet"/>
      </w:pPr>
      <w:r>
        <w:t>Lemon zest</w:t>
      </w:r>
    </w:p>
    <w:p>
      <w:pPr>
        <w:pStyle w:val="ListBullet"/>
      </w:pPr>
      <w:r>
        <w:t>Olive oil</w:t>
      </w:r>
    </w:p>
    <w:p>
      <w:pPr>
        <w:pStyle w:val="ListBullet"/>
      </w:pPr>
      <w:r>
        <w:t>Salt + pepper</w:t>
      </w:r>
    </w:p>
    <w:p>
      <w:r>
        <w:t>Method:</w:t>
      </w:r>
    </w:p>
    <w:p>
      <w:r>
        <w:t>1. Bake trout at 425°F 10–12 min.</w:t>
      </w:r>
    </w:p>
    <w:p>
      <w:r>
        <w:t>2. Mix walnuts + parsley + lemon zest + olive oil.</w:t>
      </w:r>
    </w:p>
    <w:p>
      <w:r>
        <w:t>3. Top fish and serve.</w:t>
      </w:r>
    </w:p>
    <w:p>
      <w:r>
        <w:t>Key nutrients: omega-3s, vitamin E, antioxidants</w:t>
      </w:r>
    </w:p>
    <w:p/>
    <w:p>
      <w:r>
        <w:rPr>
          <w:b/>
          <w:sz w:val="28"/>
        </w:rPr>
        <w:t>Citrus-Kiwi ‘Hydration’ Sparkler</w:t>
      </w:r>
    </w:p>
    <w:p>
      <w:r>
        <w:t>Eye-support angle: Vitamin C + fluid support; bright, simple.</w:t>
      </w:r>
    </w:p>
    <w:p>
      <w:r>
        <w:t>Servings: 2 | Prep: 5 min | Cook: 0 min</w:t>
      </w:r>
    </w:p>
    <w:p>
      <w:r>
        <w:t>Ingredients:</w:t>
      </w:r>
    </w:p>
    <w:p>
      <w:pPr>
        <w:pStyle w:val="ListBullet"/>
      </w:pPr>
      <w:r>
        <w:t>1 kiwi, sliced</w:t>
      </w:r>
    </w:p>
    <w:p>
      <w:pPr>
        <w:pStyle w:val="ListBullet"/>
      </w:pPr>
      <w:r>
        <w:t>1/2 orange, sliced</w:t>
      </w:r>
    </w:p>
    <w:p>
      <w:pPr>
        <w:pStyle w:val="ListBullet"/>
      </w:pPr>
      <w:r>
        <w:t>2 cups sparkling water</w:t>
      </w:r>
    </w:p>
    <w:p>
      <w:pPr>
        <w:pStyle w:val="ListBullet"/>
      </w:pPr>
      <w:r>
        <w:t>Ice</w:t>
      </w:r>
    </w:p>
    <w:p>
      <w:pPr>
        <w:pStyle w:val="ListBullet"/>
      </w:pPr>
      <w:r>
        <w:t>Mint</w:t>
      </w:r>
    </w:p>
    <w:p>
      <w:r>
        <w:t>Method:</w:t>
      </w:r>
    </w:p>
    <w:p>
      <w:r>
        <w:t>1. Add fruit and mint.</w:t>
      </w:r>
    </w:p>
    <w:p>
      <w:r>
        <w:t>2. Fill with ice and sparkling water.</w:t>
      </w:r>
    </w:p>
    <w:p>
      <w:r>
        <w:t>Key nutrients: vitamin C, hydration</w:t>
      </w:r>
    </w:p>
    <w:p/>
    <w:p>
      <w:r>
        <w:rPr>
          <w:b/>
          <w:sz w:val="28"/>
        </w:rPr>
        <w:t>Pistachio-Cacao Trail Mix</w:t>
      </w:r>
    </w:p>
    <w:p>
      <w:r>
        <w:t>Eye-support angle: Vitamin E + minerals + polyphenols in a controlled snack.</w:t>
      </w:r>
    </w:p>
    <w:p>
      <w:r>
        <w:t>Servings: 6 | Prep: 5 min | Cook: 0 min</w:t>
      </w:r>
    </w:p>
    <w:p>
      <w:r>
        <w:t>Ingredients:</w:t>
      </w:r>
    </w:p>
    <w:p>
      <w:pPr>
        <w:pStyle w:val="ListBullet"/>
      </w:pPr>
      <w:r>
        <w:t>1/2 cup pistachios</w:t>
      </w:r>
    </w:p>
    <w:p>
      <w:pPr>
        <w:pStyle w:val="ListBullet"/>
      </w:pPr>
      <w:r>
        <w:t>1/2 cup almonds</w:t>
      </w:r>
    </w:p>
    <w:p>
      <w:pPr>
        <w:pStyle w:val="ListBullet"/>
      </w:pPr>
      <w:r>
        <w:t>2 tbsp cacao nibs</w:t>
      </w:r>
    </w:p>
    <w:p>
      <w:pPr>
        <w:pStyle w:val="ListBullet"/>
      </w:pPr>
      <w:r>
        <w:t>2 tbsp pumpkin seeds</w:t>
      </w:r>
    </w:p>
    <w:p>
      <w:pPr>
        <w:pStyle w:val="ListBullet"/>
      </w:pPr>
      <w:r>
        <w:t>Optional: dried blueberries</w:t>
      </w:r>
    </w:p>
    <w:p>
      <w:r>
        <w:t>Method:</w:t>
      </w:r>
    </w:p>
    <w:p>
      <w:r>
        <w:t>1. Mix and portion into small containers.</w:t>
      </w:r>
    </w:p>
    <w:p>
      <w:r>
        <w:t>Key nutrients: vitamin E, zinc, antioxidants</w:t>
      </w:r>
    </w:p>
    <w:p/>
    <w:p>
      <w:r>
        <w:rPr>
          <w:b/>
          <w:sz w:val="28"/>
        </w:rPr>
        <w:t>Carrot-Pepper Crunch Plate with Hummus</w:t>
      </w:r>
    </w:p>
    <w:p>
      <w:r>
        <w:t>Eye-support angle: Beta-carotene + vitamin C with healthy-fat dip.</w:t>
      </w:r>
    </w:p>
    <w:p>
      <w:r>
        <w:t>Servings: 2 | Prep: 7 min | Cook: 0 min</w:t>
      </w:r>
    </w:p>
    <w:p>
      <w:r>
        <w:t>Ingredients:</w:t>
      </w:r>
    </w:p>
    <w:p>
      <w:pPr>
        <w:pStyle w:val="ListBullet"/>
      </w:pPr>
      <w:r>
        <w:t>2 carrots, sticks</w:t>
      </w:r>
    </w:p>
    <w:p>
      <w:pPr>
        <w:pStyle w:val="ListBullet"/>
      </w:pPr>
      <w:r>
        <w:t>1 red bell pepper, strips</w:t>
      </w:r>
    </w:p>
    <w:p>
      <w:pPr>
        <w:pStyle w:val="ListBullet"/>
      </w:pPr>
      <w:r>
        <w:t>1/2 cup hummus</w:t>
      </w:r>
    </w:p>
    <w:p>
      <w:pPr>
        <w:pStyle w:val="ListBullet"/>
      </w:pPr>
      <w:r>
        <w:t>Olive oil drizzle (optional)</w:t>
      </w:r>
    </w:p>
    <w:p>
      <w:r>
        <w:t>Method:</w:t>
      </w:r>
    </w:p>
    <w:p>
      <w:r>
        <w:t>1. Plate veg with hummus; drizzle olive oil if desired.</w:t>
      </w:r>
    </w:p>
    <w:p>
      <w:r>
        <w:t>Key nutrients: beta-carotene, vitamin C</w:t>
      </w:r>
    </w:p>
    <w:p/>
    <w:p>
      <w:r>
        <w:rPr>
          <w:b/>
          <w:sz w:val="28"/>
        </w:rPr>
        <w:t>Blueberry-Lemon Frozen Yogurt Bites</w:t>
      </w:r>
    </w:p>
    <w:p>
      <w:r>
        <w:t>Eye-support angle: Polyphenols + vitamin C in a clean dessert.</w:t>
      </w:r>
    </w:p>
    <w:p>
      <w:r>
        <w:t>Servings: 8 | Prep: 10 min (+ freeze) | Cook: 0 min</w:t>
      </w:r>
    </w:p>
    <w:p>
      <w:r>
        <w:t>Ingredients:</w:t>
      </w:r>
    </w:p>
    <w:p>
      <w:pPr>
        <w:pStyle w:val="ListBullet"/>
      </w:pPr>
      <w:r>
        <w:t>1.5 cups Greek yogurt</w:t>
      </w:r>
    </w:p>
    <w:p>
      <w:pPr>
        <w:pStyle w:val="ListBullet"/>
      </w:pPr>
      <w:r>
        <w:t>1 cup blueberries</w:t>
      </w:r>
    </w:p>
    <w:p>
      <w:pPr>
        <w:pStyle w:val="ListBullet"/>
      </w:pPr>
      <w:r>
        <w:t>Zest of 1 lemon</w:t>
      </w:r>
    </w:p>
    <w:p>
      <w:pPr>
        <w:pStyle w:val="ListBullet"/>
      </w:pPr>
      <w:r>
        <w:t>1–2 tsp honey (optional)</w:t>
      </w:r>
    </w:p>
    <w:p>
      <w:r>
        <w:t>Method:</w:t>
      </w:r>
    </w:p>
    <w:p>
      <w:r>
        <w:t>1. Mix yogurt with lemon zest and honey.</w:t>
      </w:r>
    </w:p>
    <w:p>
      <w:r>
        <w:t>2. Fold in blueberries.</w:t>
      </w:r>
    </w:p>
    <w:p>
      <w:r>
        <w:t>3. Drop spoonfuls; freeze 2–3 hours.</w:t>
      </w:r>
    </w:p>
    <w:p>
      <w:r>
        <w:t>Key nutrients: vitamin C, anthocyanins, protein</w:t>
      </w:r>
    </w:p>
    <w:p/>
    <w:p>
      <w:r>
        <w:rPr>
          <w:b/>
          <w:sz w:val="28"/>
        </w:rPr>
        <w:t>Dark Chocolate + Orange ‘Square &amp; Slice’</w:t>
      </w:r>
    </w:p>
    <w:p>
      <w:r>
        <w:t>Eye-support angle: Cacao polyphenols + citrus; portioned treat.</w:t>
      </w:r>
    </w:p>
    <w:p>
      <w:r>
        <w:t>Servings: 10 | Prep: 5 min | Cook: 5 min</w:t>
      </w:r>
    </w:p>
    <w:p>
      <w:r>
        <w:t>Ingredients:</w:t>
      </w:r>
    </w:p>
    <w:p>
      <w:pPr>
        <w:pStyle w:val="ListBullet"/>
      </w:pPr>
      <w:r>
        <w:t>4 oz dark chocolate (70%+)</w:t>
      </w:r>
    </w:p>
    <w:p>
      <w:pPr>
        <w:pStyle w:val="ListBullet"/>
      </w:pPr>
      <w:r>
        <w:t>Zest of 1 orange</w:t>
      </w:r>
    </w:p>
    <w:p>
      <w:pPr>
        <w:pStyle w:val="ListBullet"/>
      </w:pPr>
      <w:r>
        <w:t>Pinch sea salt</w:t>
      </w:r>
    </w:p>
    <w:p>
      <w:pPr>
        <w:pStyle w:val="ListBullet"/>
      </w:pPr>
      <w:r>
        <w:t>Optional: chopped pistachios</w:t>
      </w:r>
    </w:p>
    <w:p>
      <w:r>
        <w:t>Method:</w:t>
      </w:r>
    </w:p>
    <w:p>
      <w:r>
        <w:t>1. Melt chocolate gently.</w:t>
      </w:r>
    </w:p>
    <w:p>
      <w:r>
        <w:t>2. Stir in orange zest + salt.</w:t>
      </w:r>
    </w:p>
    <w:p>
      <w:r>
        <w:t>3. Spread thin; add pistachios; chill and break.</w:t>
      </w:r>
    </w:p>
    <w:p>
      <w:r>
        <w:t>Key nutrients: polyphenols, vitamin C</w:t>
      </w:r>
    </w:p>
    <w:p/>
    <w:p>
      <w:r>
        <w:rPr>
          <w:b/>
          <w:sz w:val="28"/>
        </w:rPr>
        <w:t>Mango-Chia ‘Pudding’ Cup</w:t>
      </w:r>
    </w:p>
    <w:p>
      <w:r>
        <w:t>Eye-support angle: Carotenoids + fiber; dessert that behaves like breakfast.</w:t>
      </w:r>
    </w:p>
    <w:p>
      <w:r>
        <w:t>Servings: 4 | Prep: 5 min (+ set) | Cook: 0 min</w:t>
      </w:r>
    </w:p>
    <w:p>
      <w:r>
        <w:t>Ingredients:</w:t>
      </w:r>
    </w:p>
    <w:p>
      <w:pPr>
        <w:pStyle w:val="ListBullet"/>
      </w:pPr>
      <w:r>
        <w:t>1 cup milk of choice</w:t>
      </w:r>
    </w:p>
    <w:p>
      <w:pPr>
        <w:pStyle w:val="ListBullet"/>
      </w:pPr>
      <w:r>
        <w:t>4 tbsp chia</w:t>
      </w:r>
    </w:p>
    <w:p>
      <w:pPr>
        <w:pStyle w:val="ListBullet"/>
      </w:pPr>
      <w:r>
        <w:t>1 cup mango purée</w:t>
      </w:r>
    </w:p>
    <w:p>
      <w:pPr>
        <w:pStyle w:val="ListBullet"/>
      </w:pPr>
      <w:r>
        <w:t>Vanilla (optional)</w:t>
      </w:r>
    </w:p>
    <w:p>
      <w:r>
        <w:t>Method:</w:t>
      </w:r>
    </w:p>
    <w:p>
      <w:r>
        <w:t>1. Mix milk + chia; chill 30–60 min.</w:t>
      </w:r>
    </w:p>
    <w:p>
      <w:r>
        <w:t>2. Layer with mango purée.</w:t>
      </w:r>
    </w:p>
    <w:p>
      <w:r>
        <w:t>Key nutrients: carotenoids, fiber</w:t>
      </w:r>
    </w:p>
    <w:p/>
    <w:p>
      <w:r>
        <w:br w:type="page"/>
      </w:r>
    </w:p>
    <w:p>
      <w:r>
        <w:rPr>
          <w:b/>
          <w:sz w:val="36"/>
        </w:rPr>
        <w:t>7-Day Simple Meal Blueprint (Mix &amp; Match)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Day</w:t>
            </w:r>
          </w:p>
        </w:tc>
        <w:tc>
          <w:tcPr>
            <w:tcW w:type="dxa" w:w="2160"/>
          </w:tcPr>
          <w:p>
            <w:r>
              <w:t>Breakfast</w:t>
            </w:r>
          </w:p>
        </w:tc>
        <w:tc>
          <w:tcPr>
            <w:tcW w:type="dxa" w:w="2160"/>
          </w:tcPr>
          <w:p>
            <w:r>
              <w:t>Main Meal</w:t>
            </w:r>
          </w:p>
        </w:tc>
        <w:tc>
          <w:tcPr>
            <w:tcW w:type="dxa" w:w="2160"/>
          </w:tcPr>
          <w:p>
            <w:r>
              <w:t>Snack/Dessert</w:t>
            </w:r>
          </w:p>
        </w:tc>
      </w:tr>
      <w:tr>
        <w:tc>
          <w:tcPr>
            <w:tcW w:type="dxa" w:w="2160"/>
          </w:tcPr>
          <w:p>
            <w:r>
              <w:t>Day 1</w:t>
            </w:r>
          </w:p>
        </w:tc>
        <w:tc>
          <w:tcPr>
            <w:tcW w:type="dxa" w:w="2160"/>
          </w:tcPr>
          <w:p>
            <w:r>
              <w:t>Golden Egg &amp; Greens Skillet</w:t>
            </w:r>
          </w:p>
        </w:tc>
        <w:tc>
          <w:tcPr>
            <w:tcW w:type="dxa" w:w="2160"/>
          </w:tcPr>
          <w:p>
            <w:r>
              <w:t>Salmon Sheet-Pan with Broccoli &amp; Peppers</w:t>
            </w:r>
          </w:p>
        </w:tc>
        <w:tc>
          <w:tcPr>
            <w:tcW w:type="dxa" w:w="2160"/>
          </w:tcPr>
          <w:p>
            <w:r>
              <w:t>Citrus-Kiwi Sparkler</w:t>
            </w:r>
          </w:p>
        </w:tc>
      </w:tr>
      <w:tr>
        <w:tc>
          <w:tcPr>
            <w:tcW w:type="dxa" w:w="2160"/>
          </w:tcPr>
          <w:p>
            <w:r>
              <w:t>Day 2</w:t>
            </w:r>
          </w:p>
        </w:tc>
        <w:tc>
          <w:tcPr>
            <w:tcW w:type="dxa" w:w="2160"/>
          </w:tcPr>
          <w:p>
            <w:r>
              <w:t>Berry-Citrus Chia Bowl</w:t>
            </w:r>
          </w:p>
        </w:tc>
        <w:tc>
          <w:tcPr>
            <w:tcW w:type="dxa" w:w="2160"/>
          </w:tcPr>
          <w:p>
            <w:r>
              <w:t>Mediterranean Lentil &amp; Spinach Stew</w:t>
            </w:r>
          </w:p>
        </w:tc>
        <w:tc>
          <w:tcPr>
            <w:tcW w:type="dxa" w:w="2160"/>
          </w:tcPr>
          <w:p>
            <w:r>
              <w:t>Pistachio-Cacao Trail Mix</w:t>
            </w:r>
          </w:p>
        </w:tc>
      </w:tr>
      <w:tr>
        <w:tc>
          <w:tcPr>
            <w:tcW w:type="dxa" w:w="2160"/>
          </w:tcPr>
          <w:p>
            <w:r>
              <w:t>Day 3</w:t>
            </w:r>
          </w:p>
        </w:tc>
        <w:tc>
          <w:tcPr>
            <w:tcW w:type="dxa" w:w="2160"/>
          </w:tcPr>
          <w:p>
            <w:r>
              <w:t>Smoked Salmon Avocado Toast (Rye or Whole-Grain)</w:t>
            </w:r>
          </w:p>
        </w:tc>
        <w:tc>
          <w:tcPr>
            <w:tcW w:type="dxa" w:w="2160"/>
          </w:tcPr>
          <w:p>
            <w:r>
              <w:t>Sweet Potato + Black Bean Bowl (Citrus Slaw)</w:t>
            </w:r>
          </w:p>
        </w:tc>
        <w:tc>
          <w:tcPr>
            <w:tcW w:type="dxa" w:w="2160"/>
          </w:tcPr>
          <w:p>
            <w:r>
              <w:t>Blueberry-Lemon Frozen Yogurt Bites</w:t>
            </w:r>
          </w:p>
        </w:tc>
      </w:tr>
      <w:tr>
        <w:tc>
          <w:tcPr>
            <w:tcW w:type="dxa" w:w="2160"/>
          </w:tcPr>
          <w:p>
            <w:r>
              <w:t>Day 4</w:t>
            </w:r>
          </w:p>
        </w:tc>
        <w:tc>
          <w:tcPr>
            <w:tcW w:type="dxa" w:w="2160"/>
          </w:tcPr>
          <w:p>
            <w:r>
              <w:t>Green Smoothie (Macula Blend)</w:t>
            </w:r>
          </w:p>
        </w:tc>
        <w:tc>
          <w:tcPr>
            <w:tcW w:type="dxa" w:w="2160"/>
          </w:tcPr>
          <w:p>
            <w:r>
              <w:t>Tuna + White Bean + Parsley Salad</w:t>
            </w:r>
          </w:p>
        </w:tc>
        <w:tc>
          <w:tcPr>
            <w:tcW w:type="dxa" w:w="2160"/>
          </w:tcPr>
          <w:p>
            <w:r>
              <w:t>Carrot-Pepper Crunch Plate with Hummus</w:t>
            </w:r>
          </w:p>
        </w:tc>
      </w:tr>
      <w:tr>
        <w:tc>
          <w:tcPr>
            <w:tcW w:type="dxa" w:w="2160"/>
          </w:tcPr>
          <w:p>
            <w:r>
              <w:t>Day 5</w:t>
            </w:r>
          </w:p>
        </w:tc>
        <w:tc>
          <w:tcPr>
            <w:tcW w:type="dxa" w:w="2160"/>
          </w:tcPr>
          <w:p>
            <w:r>
              <w:t>Carrot-Ginger Oatmeal</w:t>
            </w:r>
          </w:p>
        </w:tc>
        <w:tc>
          <w:tcPr>
            <w:tcW w:type="dxa" w:w="2160"/>
          </w:tcPr>
          <w:p>
            <w:r>
              <w:t>Mackerel &amp; Tomato Olive Pasta (Whole-Grain)</w:t>
            </w:r>
          </w:p>
        </w:tc>
        <w:tc>
          <w:tcPr>
            <w:tcW w:type="dxa" w:w="2160"/>
          </w:tcPr>
          <w:p>
            <w:r>
              <w:t>Dark Chocolate + Orange ‘Square &amp; Slice’</w:t>
            </w:r>
          </w:p>
        </w:tc>
      </w:tr>
      <w:tr>
        <w:tc>
          <w:tcPr>
            <w:tcW w:type="dxa" w:w="2160"/>
          </w:tcPr>
          <w:p>
            <w:r>
              <w:t>Day 6</w:t>
            </w:r>
          </w:p>
        </w:tc>
        <w:tc>
          <w:tcPr>
            <w:tcW w:type="dxa" w:w="2160"/>
          </w:tcPr>
          <w:p>
            <w:r>
              <w:t>Greek Yogurt + Pistachio + Mango Cup</w:t>
            </w:r>
          </w:p>
        </w:tc>
        <w:tc>
          <w:tcPr>
            <w:tcW w:type="dxa" w:w="2160"/>
          </w:tcPr>
          <w:p>
            <w:r>
              <w:t>Chickpea ‘Sunshine’ Curry (Turmeric + Spinach)</w:t>
            </w:r>
          </w:p>
        </w:tc>
        <w:tc>
          <w:tcPr>
            <w:tcW w:type="dxa" w:w="2160"/>
          </w:tcPr>
          <w:p>
            <w:r>
              <w:t>Mango-Chia ‘Pudding’ Cup</w:t>
            </w:r>
          </w:p>
        </w:tc>
      </w:tr>
      <w:tr>
        <w:tc>
          <w:tcPr>
            <w:tcW w:type="dxa" w:w="2160"/>
          </w:tcPr>
          <w:p>
            <w:r>
              <w:t>Day 7</w:t>
            </w:r>
          </w:p>
        </w:tc>
        <w:tc>
          <w:tcPr>
            <w:tcW w:type="dxa" w:w="2160"/>
          </w:tcPr>
          <w:p>
            <w:r>
              <w:t>Golden Egg &amp; Greens Skillet</w:t>
            </w:r>
          </w:p>
        </w:tc>
        <w:tc>
          <w:tcPr>
            <w:tcW w:type="dxa" w:w="2160"/>
          </w:tcPr>
          <w:p>
            <w:r>
              <w:t>Sardine &amp; Lemon Herb Bowl</w:t>
            </w:r>
          </w:p>
        </w:tc>
        <w:tc>
          <w:tcPr>
            <w:tcW w:type="dxa" w:w="2160"/>
          </w:tcPr>
          <w:p>
            <w:r>
              <w:t>Citrus-Kiwi Sparkler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